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67" w:rsidRDefault="008B5B67" w:rsidP="00F32FBD">
      <w:pPr>
        <w:pStyle w:val="Heading1"/>
        <w:spacing w:line="240" w:lineRule="auto"/>
        <w:rPr>
          <w:sz w:val="26"/>
          <w:szCs w:val="26"/>
        </w:rPr>
      </w:pPr>
      <w:r w:rsidRPr="00905435">
        <w:rPr>
          <w:sz w:val="26"/>
          <w:szCs w:val="26"/>
        </w:rPr>
        <w:t>TEXSTRIDES – INTERNATIONAL JOURNAL OF TEXTILES AND MANAGEMENT</w:t>
      </w:r>
    </w:p>
    <w:p w:rsidR="002D5D06" w:rsidRDefault="002D5D06" w:rsidP="00F32FBD">
      <w:pPr>
        <w:spacing w:line="240" w:lineRule="auto"/>
        <w:rPr>
          <w:b/>
          <w:bCs/>
        </w:rPr>
      </w:pPr>
      <w:bookmarkStart w:id="0" w:name="_GoBack"/>
      <w:bookmarkEnd w:id="0"/>
    </w:p>
    <w:p w:rsidR="00180377" w:rsidRPr="00CD292C" w:rsidRDefault="00CD292C" w:rsidP="00CD292C">
      <w:pPr>
        <w:spacing w:line="240" w:lineRule="auto"/>
        <w:jc w:val="center"/>
        <w:rPr>
          <w:b/>
          <w:bCs/>
          <w:sz w:val="28"/>
        </w:rPr>
      </w:pPr>
      <w:r w:rsidRPr="00CD292C">
        <w:rPr>
          <w:b/>
          <w:bCs/>
          <w:sz w:val="28"/>
        </w:rPr>
        <w:t>Copyright transfer, author declaration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(To be submitted after manuscript acceptance)</w:t>
      </w:r>
    </w:p>
    <w:p w:rsidR="00180377" w:rsidRPr="00180377" w:rsidRDefault="00CD292C" w:rsidP="00F32FBD">
      <w:pPr>
        <w:spacing w:line="240" w:lineRule="auto"/>
      </w:pPr>
      <w:r>
        <w:pict>
          <v:rect id="_x0000_i1025" style="width:0;height:1.5pt" o:hralign="center" o:hrstd="t" o:hr="t" fillcolor="#a0a0a0" stroked="f"/>
        </w:pict>
      </w:r>
    </w:p>
    <w:p w:rsidR="002D5D06" w:rsidRDefault="002D5D06" w:rsidP="002D5D06">
      <w:pPr>
        <w:jc w:val="both"/>
        <w:rPr>
          <w:sz w:val="22"/>
        </w:rPr>
      </w:pPr>
      <w:r>
        <w:t xml:space="preserve">Official Journal of </w:t>
      </w:r>
      <w:proofErr w:type="spellStart"/>
      <w:r>
        <w:t>Sardar</w:t>
      </w:r>
      <w:proofErr w:type="spellEnd"/>
      <w:r>
        <w:t xml:space="preserve"> </w:t>
      </w:r>
      <w:proofErr w:type="spellStart"/>
      <w:r>
        <w:t>Vallabhbhai</w:t>
      </w:r>
      <w:proofErr w:type="spellEnd"/>
      <w:r>
        <w:t xml:space="preserve"> Patel International School of Textiles and Management (SVPISTM), Coimbatore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SECTION A: MANUSCRIPT INFORMATION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Manuscript Title</w:t>
      </w:r>
    </w:p>
    <w:p w:rsidR="00180377" w:rsidRPr="00180377" w:rsidRDefault="00CD292C" w:rsidP="00F32FBD">
      <w:pPr>
        <w:spacing w:line="240" w:lineRule="auto"/>
      </w:pPr>
      <w:r>
        <w:pict>
          <v:rect id="_x0000_i1026" style="width:0;height:1.5pt" o:hralign="center" o:hrstd="t" o:hr="t" fillcolor="#a0a0a0" stroked="f"/>
        </w:pict>
      </w:r>
    </w:p>
    <w:p w:rsidR="00180377" w:rsidRPr="00180377" w:rsidRDefault="00CD292C" w:rsidP="00F32FBD">
      <w:pPr>
        <w:spacing w:line="240" w:lineRule="auto"/>
      </w:pPr>
      <w:r>
        <w:pict>
          <v:rect id="_x0000_i1027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Manuscript ID (To be filled by Editorial Office)</w:t>
      </w:r>
    </w:p>
    <w:p w:rsidR="00180377" w:rsidRPr="00180377" w:rsidRDefault="00CD292C" w:rsidP="00F32FBD">
      <w:pPr>
        <w:spacing w:line="240" w:lineRule="auto"/>
      </w:pPr>
      <w:r>
        <w:pict>
          <v:rect id="_x0000_i1028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Type of Manuscript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Research Article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Review Article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Technical Note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Case Study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Short Communication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Industry Perspective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Other: _______________________</w:t>
      </w:r>
    </w:p>
    <w:p w:rsidR="00180377" w:rsidRPr="00180377" w:rsidRDefault="00CD292C" w:rsidP="00F32FBD">
      <w:pPr>
        <w:spacing w:line="240" w:lineRule="auto"/>
      </w:pPr>
      <w:r>
        <w:pict>
          <v:rect id="_x0000_i1029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SECTION B: AUTHOR DETAILS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Corresponding Author</w: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t>Name:</w:t>
      </w:r>
      <w:r w:rsidRPr="00180377">
        <w:t xml:space="preserve"> ___________________________________________</w: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t>Designation:</w:t>
      </w:r>
      <w:r w:rsidRPr="00180377">
        <w:t xml:space="preserve"> ______________________________________</w: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lastRenderedPageBreak/>
        <w:t>Department:</w:t>
      </w:r>
      <w:r w:rsidRPr="00180377">
        <w:t xml:space="preserve"> ______________________________________</w: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t>Institution:</w:t>
      </w:r>
      <w:r w:rsidRPr="00180377">
        <w:t xml:space="preserve"> _______________________________________</w: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t>Address:</w:t>
      </w:r>
      <w:r w:rsidRPr="00180377">
        <w:t xml:space="preserve"> _________________________________________</w:t>
      </w:r>
    </w:p>
    <w:p w:rsidR="00180377" w:rsidRPr="00180377" w:rsidRDefault="00CD292C" w:rsidP="00F32FBD">
      <w:pPr>
        <w:spacing w:line="240" w:lineRule="auto"/>
      </w:pPr>
      <w:r>
        <w:pict>
          <v:rect id="_x0000_i1030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t>Email:</w:t>
      </w:r>
      <w:r w:rsidRPr="00180377">
        <w:t xml:space="preserve"> ___________________________________________</w: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t>Mobile Number:</w:t>
      </w:r>
      <w:r w:rsidRPr="00180377">
        <w:t xml:space="preserve"> ___________________________________</w: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t>ORCID ID (Optional):</w:t>
      </w:r>
      <w:r w:rsidRPr="00180377">
        <w:t xml:space="preserve"> _______________________________</w:t>
      </w:r>
    </w:p>
    <w:p w:rsidR="00180377" w:rsidRPr="00180377" w:rsidRDefault="00CD292C" w:rsidP="00F32FBD">
      <w:pPr>
        <w:spacing w:line="240" w:lineRule="auto"/>
      </w:pPr>
      <w:r>
        <w:pict>
          <v:rect id="_x0000_i1031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Co-Author Details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1750"/>
        <w:gridCol w:w="2954"/>
        <w:gridCol w:w="2529"/>
      </w:tblGrid>
      <w:tr w:rsidR="00180377" w:rsidRPr="00180377" w:rsidTr="008B5B67">
        <w:trPr>
          <w:tblHeader/>
          <w:tblCellSpacing w:w="15" w:type="dxa"/>
        </w:trPr>
        <w:tc>
          <w:tcPr>
            <w:tcW w:w="820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  <w:rPr>
                <w:b/>
                <w:bCs/>
              </w:rPr>
            </w:pPr>
            <w:proofErr w:type="spellStart"/>
            <w:r w:rsidRPr="00180377">
              <w:rPr>
                <w:b/>
                <w:bCs/>
              </w:rPr>
              <w:t>S.No</w:t>
            </w:r>
            <w:proofErr w:type="spellEnd"/>
            <w:r w:rsidRPr="00180377">
              <w:rPr>
                <w:b/>
                <w:bCs/>
              </w:rPr>
              <w:t>.</w:t>
            </w:r>
          </w:p>
        </w:tc>
        <w:tc>
          <w:tcPr>
            <w:tcW w:w="95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  <w:rPr>
                <w:b/>
                <w:bCs/>
              </w:rPr>
            </w:pPr>
            <w:r w:rsidRPr="00180377">
              <w:rPr>
                <w:b/>
                <w:bCs/>
              </w:rPr>
              <w:t>Name</w:t>
            </w:r>
          </w:p>
        </w:tc>
        <w:tc>
          <w:tcPr>
            <w:tcW w:w="162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  <w:rPr>
                <w:b/>
                <w:bCs/>
              </w:rPr>
            </w:pPr>
            <w:r w:rsidRPr="00180377">
              <w:rPr>
                <w:b/>
                <w:bCs/>
              </w:rPr>
              <w:t>Affiliation</w:t>
            </w:r>
          </w:p>
        </w:tc>
        <w:tc>
          <w:tcPr>
            <w:tcW w:w="1383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  <w:rPr>
                <w:b/>
                <w:bCs/>
              </w:rPr>
            </w:pPr>
            <w:r w:rsidRPr="00180377">
              <w:rPr>
                <w:b/>
                <w:bCs/>
              </w:rPr>
              <w:t>Email ID</w:t>
            </w:r>
          </w:p>
        </w:tc>
      </w:tr>
      <w:tr w:rsidR="00180377" w:rsidRPr="00180377" w:rsidTr="008B5B67">
        <w:trPr>
          <w:tblCellSpacing w:w="15" w:type="dxa"/>
        </w:trPr>
        <w:tc>
          <w:tcPr>
            <w:tcW w:w="820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  <w:r w:rsidRPr="00180377">
              <w:t>1</w:t>
            </w:r>
          </w:p>
        </w:tc>
        <w:tc>
          <w:tcPr>
            <w:tcW w:w="95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62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383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  <w:tr w:rsidR="00180377" w:rsidRPr="00180377" w:rsidTr="008B5B67">
        <w:trPr>
          <w:tblCellSpacing w:w="15" w:type="dxa"/>
        </w:trPr>
        <w:tc>
          <w:tcPr>
            <w:tcW w:w="820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  <w:r w:rsidRPr="00180377">
              <w:t>2</w:t>
            </w:r>
          </w:p>
        </w:tc>
        <w:tc>
          <w:tcPr>
            <w:tcW w:w="95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62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383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  <w:tr w:rsidR="00180377" w:rsidRPr="00180377" w:rsidTr="008B5B67">
        <w:trPr>
          <w:tblCellSpacing w:w="15" w:type="dxa"/>
        </w:trPr>
        <w:tc>
          <w:tcPr>
            <w:tcW w:w="820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  <w:r w:rsidRPr="00180377">
              <w:t>3</w:t>
            </w:r>
          </w:p>
        </w:tc>
        <w:tc>
          <w:tcPr>
            <w:tcW w:w="95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62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383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  <w:tr w:rsidR="00180377" w:rsidRPr="00180377" w:rsidTr="008B5B67">
        <w:trPr>
          <w:tblCellSpacing w:w="15" w:type="dxa"/>
        </w:trPr>
        <w:tc>
          <w:tcPr>
            <w:tcW w:w="820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  <w:r w:rsidRPr="00180377">
              <w:t>4</w:t>
            </w:r>
          </w:p>
        </w:tc>
        <w:tc>
          <w:tcPr>
            <w:tcW w:w="95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62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383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  <w:tr w:rsidR="00180377" w:rsidRPr="00180377" w:rsidTr="008B5B67">
        <w:trPr>
          <w:tblCellSpacing w:w="15" w:type="dxa"/>
        </w:trPr>
        <w:tc>
          <w:tcPr>
            <w:tcW w:w="820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  <w:r w:rsidRPr="00180377">
              <w:t>5</w:t>
            </w:r>
          </w:p>
        </w:tc>
        <w:tc>
          <w:tcPr>
            <w:tcW w:w="95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628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1383" w:type="pct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</w:tbl>
    <w:p w:rsidR="00180377" w:rsidRPr="00180377" w:rsidRDefault="00CD292C" w:rsidP="00F32FBD">
      <w:pPr>
        <w:spacing w:line="240" w:lineRule="auto"/>
      </w:pPr>
      <w:r>
        <w:pict>
          <v:rect id="_x0000_i1032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SECTION C: AUTHORSHIP DECLARATION</w:t>
      </w:r>
    </w:p>
    <w:p w:rsidR="00180377" w:rsidRPr="00180377" w:rsidRDefault="00180377" w:rsidP="00F32FBD">
      <w:pPr>
        <w:spacing w:line="240" w:lineRule="auto"/>
      </w:pPr>
      <w:r w:rsidRPr="00180377">
        <w:t>We, the undersigned authors, hereby declare that: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1. Originality</w:t>
      </w:r>
    </w:p>
    <w:p w:rsidR="00180377" w:rsidRPr="00180377" w:rsidRDefault="00180377" w:rsidP="00F32FBD">
      <w:pPr>
        <w:spacing w:line="240" w:lineRule="auto"/>
        <w:jc w:val="both"/>
      </w:pPr>
      <w:r w:rsidRPr="00180377">
        <w:t>The manuscript submitted to TEXSTRIDES i</w:t>
      </w:r>
      <w:r w:rsidR="008B5B67">
        <w:t xml:space="preserve">s an original work and has been </w:t>
      </w:r>
      <w:r w:rsidRPr="00180377">
        <w:t>prepared by the authors listed in this document.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2. Exclusive Submission</w:t>
      </w:r>
    </w:p>
    <w:p w:rsidR="00180377" w:rsidRPr="00180377" w:rsidRDefault="00180377" w:rsidP="00F32FBD">
      <w:pPr>
        <w:spacing w:line="240" w:lineRule="auto"/>
      </w:pPr>
      <w:r w:rsidRPr="00180377">
        <w:t>The manuscript:</w:t>
      </w:r>
    </w:p>
    <w:p w:rsidR="00180377" w:rsidRPr="00180377" w:rsidRDefault="00180377" w:rsidP="00F32FBD">
      <w:pPr>
        <w:numPr>
          <w:ilvl w:val="0"/>
          <w:numId w:val="10"/>
        </w:numPr>
        <w:spacing w:line="240" w:lineRule="auto"/>
      </w:pPr>
      <w:r w:rsidRPr="00180377">
        <w:t>Has not been published previously.</w:t>
      </w:r>
    </w:p>
    <w:p w:rsidR="00180377" w:rsidRPr="00180377" w:rsidRDefault="00180377" w:rsidP="00F32FBD">
      <w:pPr>
        <w:numPr>
          <w:ilvl w:val="0"/>
          <w:numId w:val="10"/>
        </w:numPr>
        <w:spacing w:line="240" w:lineRule="auto"/>
      </w:pPr>
      <w:r w:rsidRPr="00180377">
        <w:t>Is not under consideration elsewhere.</w:t>
      </w:r>
    </w:p>
    <w:p w:rsidR="00180377" w:rsidRPr="00180377" w:rsidRDefault="00180377" w:rsidP="00F32FBD">
      <w:pPr>
        <w:numPr>
          <w:ilvl w:val="0"/>
          <w:numId w:val="10"/>
        </w:numPr>
        <w:spacing w:line="240" w:lineRule="auto"/>
      </w:pPr>
      <w:r w:rsidRPr="00180377">
        <w:t>Will not be submitted simultaneously to another journal until a final decision is communicated by TEXSTRIDES.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lastRenderedPageBreak/>
        <w:t>3. Authenticity of Data</w:t>
      </w:r>
    </w:p>
    <w:p w:rsidR="00180377" w:rsidRPr="00180377" w:rsidRDefault="00180377" w:rsidP="00F32FBD">
      <w:pPr>
        <w:spacing w:line="240" w:lineRule="auto"/>
        <w:jc w:val="both"/>
      </w:pPr>
      <w:r w:rsidRPr="00180377">
        <w:t>All data, figures, tables, images, and results presented in the manuscript are</w:t>
      </w:r>
      <w:r w:rsidR="008B5B67">
        <w:t xml:space="preserve"> </w:t>
      </w:r>
      <w:r w:rsidRPr="00180377">
        <w:t>authentic and accurately represent the research conducted.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4. Approval of Authors</w:t>
      </w:r>
    </w:p>
    <w:p w:rsidR="00180377" w:rsidRPr="00180377" w:rsidRDefault="00180377" w:rsidP="00F32FBD">
      <w:pPr>
        <w:spacing w:line="240" w:lineRule="auto"/>
      </w:pPr>
      <w:r w:rsidRPr="00180377">
        <w:t>All listed authors have:</w:t>
      </w:r>
    </w:p>
    <w:p w:rsidR="00180377" w:rsidRPr="00180377" w:rsidRDefault="00180377" w:rsidP="00F32FBD">
      <w:pPr>
        <w:numPr>
          <w:ilvl w:val="0"/>
          <w:numId w:val="11"/>
        </w:numPr>
        <w:spacing w:line="240" w:lineRule="auto"/>
      </w:pPr>
      <w:r w:rsidRPr="00180377">
        <w:t>Participated substantially in the research.</w:t>
      </w:r>
    </w:p>
    <w:p w:rsidR="00180377" w:rsidRPr="00180377" w:rsidRDefault="00180377" w:rsidP="00F32FBD">
      <w:pPr>
        <w:numPr>
          <w:ilvl w:val="0"/>
          <w:numId w:val="11"/>
        </w:numPr>
        <w:spacing w:line="240" w:lineRule="auto"/>
      </w:pPr>
      <w:r w:rsidRPr="00180377">
        <w:t>Reviewed the manuscript.</w:t>
      </w:r>
    </w:p>
    <w:p w:rsidR="00180377" w:rsidRPr="00180377" w:rsidRDefault="00180377" w:rsidP="00F32FBD">
      <w:pPr>
        <w:numPr>
          <w:ilvl w:val="0"/>
          <w:numId w:val="11"/>
        </w:numPr>
        <w:spacing w:line="240" w:lineRule="auto"/>
      </w:pPr>
      <w:r w:rsidRPr="00180377">
        <w:t>Approved the final submitted version.</w:t>
      </w:r>
    </w:p>
    <w:p w:rsidR="00180377" w:rsidRPr="00180377" w:rsidRDefault="00180377" w:rsidP="00F32FBD">
      <w:pPr>
        <w:numPr>
          <w:ilvl w:val="0"/>
          <w:numId w:val="11"/>
        </w:numPr>
        <w:spacing w:line="240" w:lineRule="auto"/>
      </w:pPr>
      <w:r w:rsidRPr="00180377">
        <w:t>Agreed to be accountable for the content.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5. Ethical Compliance</w:t>
      </w:r>
    </w:p>
    <w:p w:rsidR="00180377" w:rsidRPr="00180377" w:rsidRDefault="00180377" w:rsidP="00F32FBD">
      <w:pPr>
        <w:spacing w:line="240" w:lineRule="auto"/>
      </w:pPr>
      <w:r w:rsidRPr="00180377">
        <w:t>The authors confirm that the study complies with all applicable ethical guidelines and regulations.</w:t>
      </w:r>
    </w:p>
    <w:p w:rsidR="00180377" w:rsidRPr="00180377" w:rsidRDefault="00180377" w:rsidP="00F32FBD">
      <w:pPr>
        <w:spacing w:line="240" w:lineRule="auto"/>
      </w:pPr>
      <w:r w:rsidRPr="00180377">
        <w:t>Where required: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Institutional Ethics Approval obtained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Informed Consent obtained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Not Applicable</w:t>
      </w:r>
    </w:p>
    <w:p w:rsidR="00180377" w:rsidRPr="00180377" w:rsidRDefault="00CD292C" w:rsidP="00F32FBD">
      <w:pPr>
        <w:spacing w:line="240" w:lineRule="auto"/>
      </w:pPr>
      <w:r>
        <w:pict>
          <v:rect id="_x0000_i1033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SECTION D: COPYRIGHT TRANSFER AGREEMENT</w:t>
      </w:r>
    </w:p>
    <w:p w:rsidR="00180377" w:rsidRPr="00180377" w:rsidRDefault="00180377" w:rsidP="00F32FBD">
      <w:pPr>
        <w:spacing w:line="240" w:lineRule="auto"/>
        <w:jc w:val="both"/>
      </w:pPr>
      <w:r w:rsidRPr="00180377">
        <w:t>Upon acceptance of the manuscript for publication in TEXSTRIDES, the a</w:t>
      </w:r>
      <w:r w:rsidR="008B5B67">
        <w:t xml:space="preserve">uthors </w:t>
      </w:r>
      <w:r w:rsidRPr="00180377">
        <w:t>agree to grant the journal the non-exclusive right to:</w:t>
      </w:r>
    </w:p>
    <w:p w:rsidR="00180377" w:rsidRPr="00180377" w:rsidRDefault="00180377" w:rsidP="00F32FBD">
      <w:pPr>
        <w:numPr>
          <w:ilvl w:val="0"/>
          <w:numId w:val="12"/>
        </w:numPr>
        <w:spacing w:line="240" w:lineRule="auto"/>
      </w:pPr>
      <w:r w:rsidRPr="00180377">
        <w:t>Publish the article in print and electronic formats.</w:t>
      </w:r>
    </w:p>
    <w:p w:rsidR="00180377" w:rsidRPr="00180377" w:rsidRDefault="00180377" w:rsidP="00F32FBD">
      <w:pPr>
        <w:numPr>
          <w:ilvl w:val="0"/>
          <w:numId w:val="12"/>
        </w:numPr>
        <w:spacing w:line="240" w:lineRule="auto"/>
      </w:pPr>
      <w:r w:rsidRPr="00180377">
        <w:t>Archive the article in databases and repositories.</w:t>
      </w:r>
    </w:p>
    <w:p w:rsidR="00180377" w:rsidRPr="00180377" w:rsidRDefault="00180377" w:rsidP="00F32FBD">
      <w:pPr>
        <w:numPr>
          <w:ilvl w:val="0"/>
          <w:numId w:val="12"/>
        </w:numPr>
        <w:spacing w:line="240" w:lineRule="auto"/>
      </w:pPr>
      <w:r w:rsidRPr="00180377">
        <w:t>Distribute and disseminate the article globally.</w:t>
      </w:r>
    </w:p>
    <w:p w:rsidR="00180377" w:rsidRPr="00180377" w:rsidRDefault="00180377" w:rsidP="00F32FBD">
      <w:pPr>
        <w:numPr>
          <w:ilvl w:val="0"/>
          <w:numId w:val="12"/>
        </w:numPr>
        <w:spacing w:line="240" w:lineRule="auto"/>
      </w:pPr>
      <w:r w:rsidRPr="00180377">
        <w:t>Index the article in indexing and abstracting services.</w:t>
      </w:r>
    </w:p>
    <w:p w:rsidR="00180377" w:rsidRPr="00180377" w:rsidRDefault="00180377" w:rsidP="00F32FBD">
      <w:pPr>
        <w:numPr>
          <w:ilvl w:val="0"/>
          <w:numId w:val="12"/>
        </w:numPr>
        <w:spacing w:line="240" w:lineRule="auto"/>
      </w:pPr>
      <w:r w:rsidRPr="00180377">
        <w:t>Reproduce the article for academic and scholarly purposes.</w:t>
      </w:r>
    </w:p>
    <w:p w:rsidR="00180377" w:rsidRPr="00180377" w:rsidRDefault="00180377" w:rsidP="00F32FBD">
      <w:pPr>
        <w:spacing w:line="240" w:lineRule="auto"/>
      </w:pPr>
      <w:r w:rsidRPr="00180377">
        <w:t>The authors retain copyright ownership of the article.</w:t>
      </w:r>
    </w:p>
    <w:p w:rsidR="00180377" w:rsidRPr="00180377" w:rsidRDefault="00180377" w:rsidP="00F32FBD">
      <w:pPr>
        <w:spacing w:line="240" w:lineRule="auto"/>
      </w:pPr>
      <w:r w:rsidRPr="00180377">
        <w:t>The journal receives the right to publish, archive, distribute, and preserve the work.</w:t>
      </w:r>
    </w:p>
    <w:p w:rsidR="00180377" w:rsidRPr="00180377" w:rsidRDefault="00CD292C" w:rsidP="00F32FBD">
      <w:pPr>
        <w:spacing w:line="240" w:lineRule="auto"/>
      </w:pPr>
      <w:r>
        <w:pict>
          <v:rect id="_x0000_i1034" style="width:0;height:1.5pt" o:hralign="center" o:hrstd="t" o:hr="t" fillcolor="#a0a0a0" stroked="f"/>
        </w:pict>
      </w:r>
    </w:p>
    <w:p w:rsidR="00180377" w:rsidRPr="00180377" w:rsidRDefault="008B5B67" w:rsidP="00F32FBD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SECTION E</w:t>
      </w:r>
      <w:r w:rsidR="00180377" w:rsidRPr="00180377">
        <w:rPr>
          <w:b/>
          <w:bCs/>
        </w:rPr>
        <w:t>: PLAGIARISM DECLARATION</w:t>
      </w:r>
    </w:p>
    <w:p w:rsidR="00180377" w:rsidRPr="00180377" w:rsidRDefault="00180377" w:rsidP="00F32FBD">
      <w:pPr>
        <w:spacing w:line="240" w:lineRule="auto"/>
      </w:pPr>
      <w:r w:rsidRPr="00180377">
        <w:t>The authors declare that: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</w:t>
      </w:r>
      <w:proofErr w:type="gramStart"/>
      <w:r w:rsidRPr="00180377">
        <w:t>The</w:t>
      </w:r>
      <w:proofErr w:type="gramEnd"/>
      <w:r w:rsidRPr="00180377">
        <w:t xml:space="preserve"> manuscript is free from plagiarism.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</w:t>
      </w:r>
      <w:proofErr w:type="gramStart"/>
      <w:r w:rsidRPr="00180377">
        <w:t>All</w:t>
      </w:r>
      <w:proofErr w:type="gramEnd"/>
      <w:r w:rsidRPr="00180377">
        <w:t xml:space="preserve"> sources have been appropriately cited.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Permissions have been obtained for copyrighted material where necessary.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Similarity Index is within the acceptable limit prescribed by TEXSTRIDES.</w:t>
      </w:r>
    </w:p>
    <w:p w:rsidR="00180377" w:rsidRPr="00180377" w:rsidRDefault="00180377" w:rsidP="00F32FBD">
      <w:pPr>
        <w:spacing w:line="240" w:lineRule="auto"/>
      </w:pPr>
      <w:r w:rsidRPr="00180377">
        <w:t>The authors understand that any proven case of plagiarism may result in:</w:t>
      </w:r>
    </w:p>
    <w:p w:rsidR="00180377" w:rsidRPr="00180377" w:rsidRDefault="00180377" w:rsidP="00F32FBD">
      <w:pPr>
        <w:numPr>
          <w:ilvl w:val="0"/>
          <w:numId w:val="14"/>
        </w:numPr>
        <w:spacing w:line="240" w:lineRule="auto"/>
      </w:pPr>
      <w:r w:rsidRPr="00180377">
        <w:t>Rejection of the manuscript</w:t>
      </w:r>
    </w:p>
    <w:p w:rsidR="00180377" w:rsidRPr="00180377" w:rsidRDefault="00180377" w:rsidP="00F32FBD">
      <w:pPr>
        <w:numPr>
          <w:ilvl w:val="0"/>
          <w:numId w:val="14"/>
        </w:numPr>
        <w:spacing w:line="240" w:lineRule="auto"/>
      </w:pPr>
      <w:r w:rsidRPr="00180377">
        <w:t>Retraction after publication</w:t>
      </w:r>
    </w:p>
    <w:p w:rsidR="00180377" w:rsidRPr="00180377" w:rsidRDefault="00180377" w:rsidP="00F32FBD">
      <w:pPr>
        <w:numPr>
          <w:ilvl w:val="0"/>
          <w:numId w:val="14"/>
        </w:numPr>
        <w:spacing w:line="240" w:lineRule="auto"/>
      </w:pPr>
      <w:r w:rsidRPr="00180377">
        <w:t>Notification to the affiliated institution</w:t>
      </w:r>
    </w:p>
    <w:p w:rsidR="00180377" w:rsidRPr="00180377" w:rsidRDefault="00180377" w:rsidP="00F32FBD">
      <w:pPr>
        <w:numPr>
          <w:ilvl w:val="0"/>
          <w:numId w:val="14"/>
        </w:numPr>
        <w:spacing w:line="240" w:lineRule="auto"/>
      </w:pPr>
      <w:r w:rsidRPr="00180377">
        <w:t>Future submission restrictions</w:t>
      </w:r>
    </w:p>
    <w:p w:rsidR="00180377" w:rsidRPr="00180377" w:rsidRDefault="00CD292C" w:rsidP="00F32FBD">
      <w:pPr>
        <w:spacing w:line="240" w:lineRule="auto"/>
      </w:pPr>
      <w:r>
        <w:pict>
          <v:rect id="_x0000_i1035" style="width:0;height:1.5pt" o:hralign="center" o:hrstd="t" o:hr="t" fillcolor="#a0a0a0" stroked="f"/>
        </w:pict>
      </w:r>
    </w:p>
    <w:p w:rsidR="00180377" w:rsidRPr="00180377" w:rsidRDefault="008B5B67" w:rsidP="00F32FBD">
      <w:pPr>
        <w:spacing w:line="240" w:lineRule="auto"/>
        <w:rPr>
          <w:b/>
          <w:bCs/>
        </w:rPr>
      </w:pPr>
      <w:r>
        <w:rPr>
          <w:b/>
          <w:bCs/>
        </w:rPr>
        <w:t>SECTION F</w:t>
      </w:r>
      <w:r w:rsidR="00180377" w:rsidRPr="00180377">
        <w:rPr>
          <w:b/>
          <w:bCs/>
        </w:rPr>
        <w:t>: AI USAGE DECLARATION</w:t>
      </w:r>
    </w:p>
    <w:p w:rsidR="00180377" w:rsidRPr="00180377" w:rsidRDefault="00180377" w:rsidP="00F32FBD">
      <w:pPr>
        <w:spacing w:line="240" w:lineRule="auto"/>
      </w:pPr>
      <w:r w:rsidRPr="00180377">
        <w:t>The authors declare the following regarding Artificial Intelligence (AI) tools: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Option A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No AI tools were used in preparing this manuscript.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Option B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AI tools were used only for language editing, grammar correction, or formatting assistance.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Option C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AI tools were used for the following purpose(s):</w:t>
      </w:r>
    </w:p>
    <w:p w:rsidR="00180377" w:rsidRPr="00180377" w:rsidRDefault="00CD292C" w:rsidP="00F32FBD">
      <w:pPr>
        <w:spacing w:line="240" w:lineRule="auto"/>
      </w:pPr>
      <w:r>
        <w:pict>
          <v:rect id="_x0000_i1036" style="width:0;height:1.5pt" o:hralign="center" o:hrstd="t" o:hr="t" fillcolor="#a0a0a0" stroked="f"/>
        </w:pict>
      </w:r>
    </w:p>
    <w:p w:rsidR="00180377" w:rsidRPr="00180377" w:rsidRDefault="00CD292C" w:rsidP="00F32FBD">
      <w:pPr>
        <w:spacing w:line="240" w:lineRule="auto"/>
      </w:pPr>
      <w:r>
        <w:pict>
          <v:rect id="_x0000_i1037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</w:pPr>
      <w:r w:rsidRPr="00180377">
        <w:t>The authors accept full responsibility for all content presented in the manuscript.</w:t>
      </w:r>
    </w:p>
    <w:p w:rsidR="00180377" w:rsidRPr="00180377" w:rsidRDefault="00180377" w:rsidP="00F32FBD">
      <w:pPr>
        <w:spacing w:line="240" w:lineRule="auto"/>
      </w:pPr>
      <w:r w:rsidRPr="00180377">
        <w:t>AI systems or tools have not been listed as authors.</w:t>
      </w:r>
    </w:p>
    <w:p w:rsidR="00180377" w:rsidRPr="00180377" w:rsidRDefault="00CD292C" w:rsidP="00F32FBD">
      <w:pPr>
        <w:spacing w:line="240" w:lineRule="auto"/>
      </w:pPr>
      <w:r>
        <w:pict>
          <v:rect id="_x0000_i1038" style="width:0;height:1.5pt" o:hralign="center" o:hrstd="t" o:hr="t" fillcolor="#a0a0a0" stroked="f"/>
        </w:pict>
      </w:r>
    </w:p>
    <w:p w:rsidR="00180377" w:rsidRPr="00180377" w:rsidRDefault="00F32FBD" w:rsidP="00F32FBD">
      <w:pPr>
        <w:spacing w:line="240" w:lineRule="auto"/>
        <w:rPr>
          <w:b/>
          <w:bCs/>
        </w:rPr>
      </w:pPr>
      <w:r>
        <w:rPr>
          <w:b/>
          <w:bCs/>
        </w:rPr>
        <w:t>SECTION G</w:t>
      </w:r>
      <w:r w:rsidR="00180377" w:rsidRPr="00180377">
        <w:rPr>
          <w:b/>
          <w:bCs/>
        </w:rPr>
        <w:t>: CONFLICT OF INTEREST DECLARATION</w:t>
      </w:r>
    </w:p>
    <w:p w:rsidR="00180377" w:rsidRPr="00180377" w:rsidRDefault="00180377" w:rsidP="00F32FBD">
      <w:pPr>
        <w:spacing w:line="240" w:lineRule="auto"/>
      </w:pPr>
      <w:r w:rsidRPr="00180377">
        <w:lastRenderedPageBreak/>
        <w:t>Please select one: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</w:t>
      </w:r>
      <w:proofErr w:type="gramStart"/>
      <w:r w:rsidRPr="00180377">
        <w:t>The</w:t>
      </w:r>
      <w:proofErr w:type="gramEnd"/>
      <w:r w:rsidRPr="00180377">
        <w:t xml:space="preserve"> authors declare that there are no conflicts of interest.</w:t>
      </w:r>
    </w:p>
    <w:p w:rsidR="00180377" w:rsidRPr="00180377" w:rsidRDefault="00180377" w:rsidP="00F32FBD">
      <w:pPr>
        <w:spacing w:line="240" w:lineRule="auto"/>
      </w:pPr>
      <w:r w:rsidRPr="00180377">
        <w:t>OR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</w:t>
      </w:r>
      <w:proofErr w:type="gramStart"/>
      <w:r w:rsidRPr="00180377">
        <w:t>The</w:t>
      </w:r>
      <w:proofErr w:type="gramEnd"/>
      <w:r w:rsidRPr="00180377">
        <w:t xml:space="preserve"> following conflicts of interest exist:</w:t>
      </w:r>
    </w:p>
    <w:p w:rsidR="00180377" w:rsidRPr="00180377" w:rsidRDefault="00CD292C" w:rsidP="00F32FBD">
      <w:pPr>
        <w:spacing w:line="240" w:lineRule="auto"/>
      </w:pPr>
      <w:r>
        <w:pict>
          <v:rect id="_x0000_i1039" style="width:0;height:1.5pt" o:hralign="center" o:hrstd="t" o:hr="t" fillcolor="#a0a0a0" stroked="f"/>
        </w:pict>
      </w:r>
    </w:p>
    <w:p w:rsidR="00180377" w:rsidRPr="00180377" w:rsidRDefault="00CD292C" w:rsidP="00F32FBD">
      <w:pPr>
        <w:spacing w:line="240" w:lineRule="auto"/>
      </w:pPr>
      <w:r>
        <w:pict>
          <v:rect id="_x0000_i1040" style="width:0;height:1.5pt" o:hralign="center" o:hrstd="t" o:hr="t" fillcolor="#a0a0a0" stroked="f"/>
        </w:pict>
      </w:r>
    </w:p>
    <w:p w:rsidR="00180377" w:rsidRPr="00180377" w:rsidRDefault="00CD292C" w:rsidP="00F32FBD">
      <w:pPr>
        <w:spacing w:line="240" w:lineRule="auto"/>
      </w:pPr>
      <w:r>
        <w:pict>
          <v:rect id="_x0000_i1041" style="width:0;height:1.5pt" o:hralign="center" o:hrstd="t" o:hr="t" fillcolor="#a0a0a0" stroked="f"/>
        </w:pict>
      </w:r>
    </w:p>
    <w:p w:rsidR="00180377" w:rsidRPr="00180377" w:rsidRDefault="00F32FBD" w:rsidP="00F32FBD">
      <w:pPr>
        <w:spacing w:line="240" w:lineRule="auto"/>
        <w:rPr>
          <w:b/>
          <w:bCs/>
        </w:rPr>
      </w:pPr>
      <w:r>
        <w:rPr>
          <w:b/>
          <w:bCs/>
        </w:rPr>
        <w:t>SECTION H</w:t>
      </w:r>
      <w:r w:rsidR="00180377" w:rsidRPr="00180377">
        <w:rPr>
          <w:b/>
          <w:bCs/>
        </w:rPr>
        <w:t>: FUNDING INFORMATION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Was the research funded?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Yes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No</w:t>
      </w:r>
    </w:p>
    <w:p w:rsidR="00180377" w:rsidRPr="00180377" w:rsidRDefault="00180377" w:rsidP="00F32FBD">
      <w:pPr>
        <w:spacing w:line="240" w:lineRule="auto"/>
      </w:pPr>
      <w:r w:rsidRPr="00180377">
        <w:t>If yes, provide details:</w:t>
      </w:r>
    </w:p>
    <w:p w:rsidR="00180377" w:rsidRPr="00180377" w:rsidRDefault="00180377" w:rsidP="00F32FBD">
      <w:pPr>
        <w:spacing w:line="240" w:lineRule="auto"/>
      </w:pPr>
      <w:r w:rsidRPr="00180377">
        <w:t>Funding Agency:</w:t>
      </w:r>
    </w:p>
    <w:p w:rsidR="00180377" w:rsidRPr="00180377" w:rsidRDefault="00CD292C" w:rsidP="00F32FBD">
      <w:pPr>
        <w:spacing w:line="240" w:lineRule="auto"/>
      </w:pPr>
      <w:r>
        <w:pict>
          <v:rect id="_x0000_i1042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</w:pPr>
      <w:r w:rsidRPr="00180377">
        <w:t>Grant Number:</w:t>
      </w:r>
    </w:p>
    <w:p w:rsidR="00180377" w:rsidRPr="00180377" w:rsidRDefault="00CD292C" w:rsidP="00F32FBD">
      <w:pPr>
        <w:spacing w:line="240" w:lineRule="auto"/>
      </w:pPr>
      <w:r>
        <w:pict>
          <v:rect id="_x0000_i1043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</w:pPr>
      <w:r w:rsidRPr="00180377">
        <w:t>Project Title:</w:t>
      </w:r>
    </w:p>
    <w:p w:rsidR="00180377" w:rsidRPr="00180377" w:rsidRDefault="00CD292C" w:rsidP="00F32FBD">
      <w:pPr>
        <w:spacing w:line="240" w:lineRule="auto"/>
      </w:pPr>
      <w:r>
        <w:pict>
          <v:rect id="_x0000_i1044" style="width:0;height:1.5pt" o:hralign="center" o:hrstd="t" o:hr="t" fillcolor="#a0a0a0" stroked="f"/>
        </w:pict>
      </w:r>
    </w:p>
    <w:p w:rsidR="00180377" w:rsidRPr="00180377" w:rsidRDefault="00CD292C" w:rsidP="00F32FBD">
      <w:pPr>
        <w:spacing w:line="240" w:lineRule="auto"/>
      </w:pPr>
      <w:r>
        <w:pict>
          <v:rect id="_x0000_i1045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 xml:space="preserve">SECTION </w:t>
      </w:r>
      <w:r w:rsidR="00F32FBD">
        <w:rPr>
          <w:b/>
          <w:bCs/>
        </w:rPr>
        <w:t>I</w:t>
      </w:r>
      <w:r w:rsidRPr="00180377">
        <w:rPr>
          <w:b/>
          <w:bCs/>
        </w:rPr>
        <w:t>: COPYRIGHTED MATERIAL PERMISSION</w:t>
      </w:r>
    </w:p>
    <w:p w:rsidR="00180377" w:rsidRPr="00180377" w:rsidRDefault="00180377" w:rsidP="00F32FBD">
      <w:pPr>
        <w:spacing w:line="240" w:lineRule="auto"/>
      </w:pPr>
      <w:r w:rsidRPr="00180377">
        <w:t>The authors certify that: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No copyrighted material has been used.</w:t>
      </w:r>
    </w:p>
    <w:p w:rsidR="00180377" w:rsidRPr="00180377" w:rsidRDefault="00180377" w:rsidP="00F32FBD">
      <w:pPr>
        <w:spacing w:line="240" w:lineRule="auto"/>
      </w:pPr>
      <w:r w:rsidRPr="00180377">
        <w:t>OR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Necessary permissions have been obtained for all copyrighted material used.</w:t>
      </w:r>
    </w:p>
    <w:p w:rsidR="00180377" w:rsidRPr="00180377" w:rsidRDefault="00180377" w:rsidP="00F32FBD">
      <w:pPr>
        <w:spacing w:line="240" w:lineRule="auto"/>
      </w:pPr>
      <w:r w:rsidRPr="00180377">
        <w:t>Permission documents shall be provided to the Editorial Office upon request.</w:t>
      </w:r>
    </w:p>
    <w:p w:rsidR="00180377" w:rsidRPr="00180377" w:rsidRDefault="00CD292C" w:rsidP="00F32FBD">
      <w:pPr>
        <w:spacing w:line="240" w:lineRule="auto"/>
      </w:pPr>
      <w:r>
        <w:pict>
          <v:rect id="_x0000_i1046" style="width:0;height:1.5pt" o:hralign="center" o:hrstd="t" o:hr="t" fillcolor="#a0a0a0" stroked="f"/>
        </w:pict>
      </w:r>
    </w:p>
    <w:p w:rsidR="00180377" w:rsidRPr="00180377" w:rsidRDefault="00F32FBD" w:rsidP="00F32FBD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SECTION J</w:t>
      </w:r>
      <w:r w:rsidR="00180377" w:rsidRPr="00180377">
        <w:rPr>
          <w:b/>
          <w:bCs/>
        </w:rPr>
        <w:t>: WARRANTIES BY AUTHORS</w:t>
      </w:r>
    </w:p>
    <w:p w:rsidR="00180377" w:rsidRPr="00180377" w:rsidRDefault="00180377" w:rsidP="00F32FBD">
      <w:pPr>
        <w:spacing w:line="240" w:lineRule="auto"/>
      </w:pPr>
      <w:r w:rsidRPr="00180377">
        <w:t>The authors warrant that:</w:t>
      </w:r>
    </w:p>
    <w:p w:rsidR="00180377" w:rsidRPr="00180377" w:rsidRDefault="00180377" w:rsidP="00F32FBD">
      <w:pPr>
        <w:numPr>
          <w:ilvl w:val="0"/>
          <w:numId w:val="16"/>
        </w:numPr>
        <w:spacing w:line="240" w:lineRule="auto"/>
      </w:pPr>
      <w:r w:rsidRPr="00180377">
        <w:t>The manuscript does not infringe any copyright, trademark, patent, or intellectual property rights.</w:t>
      </w:r>
    </w:p>
    <w:p w:rsidR="00180377" w:rsidRPr="00180377" w:rsidRDefault="00180377" w:rsidP="00F32FBD">
      <w:pPr>
        <w:numPr>
          <w:ilvl w:val="0"/>
          <w:numId w:val="16"/>
        </w:numPr>
        <w:spacing w:line="240" w:lineRule="auto"/>
      </w:pPr>
      <w:r w:rsidRPr="00180377">
        <w:t>The manuscript does not contain defamatory, unlawful, or misleading content.</w:t>
      </w:r>
    </w:p>
    <w:p w:rsidR="00180377" w:rsidRPr="00180377" w:rsidRDefault="00180377" w:rsidP="00F32FBD">
      <w:pPr>
        <w:numPr>
          <w:ilvl w:val="0"/>
          <w:numId w:val="16"/>
        </w:numPr>
        <w:spacing w:line="240" w:lineRule="auto"/>
      </w:pPr>
      <w:r w:rsidRPr="00180377">
        <w:t>All information provided is accurate to the best of the authors' knowledge.</w:t>
      </w:r>
    </w:p>
    <w:p w:rsidR="00180377" w:rsidRPr="00180377" w:rsidRDefault="00180377" w:rsidP="00F32FBD">
      <w:pPr>
        <w:numPr>
          <w:ilvl w:val="0"/>
          <w:numId w:val="16"/>
        </w:numPr>
        <w:spacing w:line="240" w:lineRule="auto"/>
      </w:pPr>
      <w:r w:rsidRPr="00180377">
        <w:t>The manuscript complies with the Publication Ethics Policy of TEXSTRIDES.</w:t>
      </w:r>
    </w:p>
    <w:p w:rsidR="00180377" w:rsidRPr="00180377" w:rsidRDefault="00CD292C" w:rsidP="00F32FBD">
      <w:pPr>
        <w:spacing w:line="240" w:lineRule="auto"/>
      </w:pPr>
      <w:r>
        <w:pict>
          <v:rect id="_x0000_i1047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 xml:space="preserve">SECTION </w:t>
      </w:r>
      <w:r w:rsidR="00F32FBD">
        <w:rPr>
          <w:b/>
          <w:bCs/>
        </w:rPr>
        <w:t>K</w:t>
      </w:r>
      <w:r w:rsidRPr="00180377">
        <w:rPr>
          <w:b/>
          <w:bCs/>
        </w:rPr>
        <w:t>: INDEMNIFICATION</w:t>
      </w:r>
    </w:p>
    <w:p w:rsidR="00180377" w:rsidRPr="00180377" w:rsidRDefault="00180377" w:rsidP="00F32FBD">
      <w:pPr>
        <w:spacing w:line="240" w:lineRule="auto"/>
        <w:jc w:val="both"/>
      </w:pPr>
      <w:r w:rsidRPr="00180377">
        <w:t>The authors agree to indemnify and hold harmless TEXSTRIDES, SVPISTM, its Editorial Board, reviewers, and publishing staff against any legal claims arising from:</w:t>
      </w:r>
    </w:p>
    <w:p w:rsidR="00180377" w:rsidRPr="00180377" w:rsidRDefault="00180377" w:rsidP="00F32FBD">
      <w:pPr>
        <w:numPr>
          <w:ilvl w:val="0"/>
          <w:numId w:val="17"/>
        </w:numPr>
        <w:spacing w:line="240" w:lineRule="auto"/>
      </w:pPr>
      <w:r w:rsidRPr="00180377">
        <w:t>Copyright infringement</w:t>
      </w:r>
    </w:p>
    <w:p w:rsidR="00180377" w:rsidRPr="00180377" w:rsidRDefault="00180377" w:rsidP="00F32FBD">
      <w:pPr>
        <w:numPr>
          <w:ilvl w:val="0"/>
          <w:numId w:val="17"/>
        </w:numPr>
        <w:spacing w:line="240" w:lineRule="auto"/>
      </w:pPr>
      <w:r w:rsidRPr="00180377">
        <w:t>Plagiarism</w:t>
      </w:r>
    </w:p>
    <w:p w:rsidR="00180377" w:rsidRPr="00180377" w:rsidRDefault="00180377" w:rsidP="00F32FBD">
      <w:pPr>
        <w:numPr>
          <w:ilvl w:val="0"/>
          <w:numId w:val="17"/>
        </w:numPr>
        <w:spacing w:line="240" w:lineRule="auto"/>
      </w:pPr>
      <w:r w:rsidRPr="00180377">
        <w:t>Data fabrication</w:t>
      </w:r>
    </w:p>
    <w:p w:rsidR="00180377" w:rsidRPr="00180377" w:rsidRDefault="00180377" w:rsidP="00F32FBD">
      <w:pPr>
        <w:numPr>
          <w:ilvl w:val="0"/>
          <w:numId w:val="17"/>
        </w:numPr>
        <w:spacing w:line="240" w:lineRule="auto"/>
      </w:pPr>
      <w:r w:rsidRPr="00180377">
        <w:t>Authorship disputes</w:t>
      </w:r>
    </w:p>
    <w:p w:rsidR="00180377" w:rsidRPr="00180377" w:rsidRDefault="00180377" w:rsidP="00F32FBD">
      <w:pPr>
        <w:numPr>
          <w:ilvl w:val="0"/>
          <w:numId w:val="17"/>
        </w:numPr>
        <w:spacing w:line="240" w:lineRule="auto"/>
      </w:pPr>
      <w:r w:rsidRPr="00180377">
        <w:t>Ethical violations</w:t>
      </w:r>
    </w:p>
    <w:p w:rsidR="00180377" w:rsidRPr="00180377" w:rsidRDefault="00CD292C" w:rsidP="00F32FBD">
      <w:pPr>
        <w:spacing w:line="240" w:lineRule="auto"/>
      </w:pPr>
      <w:r>
        <w:pict>
          <v:rect id="_x0000_i1048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 xml:space="preserve">SECTION </w:t>
      </w:r>
      <w:r w:rsidR="00F32FBD">
        <w:rPr>
          <w:b/>
          <w:bCs/>
        </w:rPr>
        <w:t>L</w:t>
      </w:r>
      <w:r w:rsidRPr="00180377">
        <w:rPr>
          <w:b/>
          <w:bCs/>
        </w:rPr>
        <w:t>: CORRESPONDING AUTHOR CERTIFICATION</w:t>
      </w:r>
    </w:p>
    <w:p w:rsidR="00180377" w:rsidRPr="00180377" w:rsidRDefault="00180377" w:rsidP="00F32FBD">
      <w:pPr>
        <w:spacing w:line="240" w:lineRule="auto"/>
      </w:pPr>
      <w:r w:rsidRPr="00180377">
        <w:t>I certify that: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✔</w:t>
      </w:r>
      <w:r w:rsidRPr="00180377">
        <w:t xml:space="preserve"> </w:t>
      </w:r>
      <w:proofErr w:type="gramStart"/>
      <w:r w:rsidRPr="00180377">
        <w:t>All</w:t>
      </w:r>
      <w:proofErr w:type="gramEnd"/>
      <w:r w:rsidRPr="00180377">
        <w:t xml:space="preserve"> authors have reviewed and approved this declaration.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✔</w:t>
      </w:r>
      <w:r w:rsidRPr="00180377">
        <w:t xml:space="preserve"> </w:t>
      </w:r>
      <w:proofErr w:type="gramStart"/>
      <w:r w:rsidRPr="00180377">
        <w:t>The</w:t>
      </w:r>
      <w:proofErr w:type="gramEnd"/>
      <w:r w:rsidRPr="00180377">
        <w:t xml:space="preserve"> information provided herein is accurate.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✔</w:t>
      </w:r>
      <w:r w:rsidRPr="00180377">
        <w:t xml:space="preserve"> I am authorized to sign on behalf of all co-authors.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Corresponding Author</w:t>
      </w:r>
    </w:p>
    <w:p w:rsidR="00180377" w:rsidRPr="00180377" w:rsidRDefault="00180377" w:rsidP="00F32FBD">
      <w:pPr>
        <w:spacing w:line="240" w:lineRule="auto"/>
      </w:pPr>
      <w:r w:rsidRPr="00180377">
        <w:t>Name:</w:t>
      </w:r>
    </w:p>
    <w:p w:rsidR="00180377" w:rsidRPr="00180377" w:rsidRDefault="00CD292C" w:rsidP="00F32FBD">
      <w:pPr>
        <w:spacing w:line="240" w:lineRule="auto"/>
      </w:pPr>
      <w:r>
        <w:pict>
          <v:rect id="_x0000_i1049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</w:pPr>
      <w:r w:rsidRPr="00180377">
        <w:t>Signature:</w:t>
      </w:r>
    </w:p>
    <w:p w:rsidR="00180377" w:rsidRPr="00180377" w:rsidRDefault="00CD292C" w:rsidP="00F32FBD">
      <w:pPr>
        <w:spacing w:line="240" w:lineRule="auto"/>
      </w:pPr>
      <w:r>
        <w:lastRenderedPageBreak/>
        <w:pict>
          <v:rect id="_x0000_i1050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</w:pPr>
      <w:r w:rsidRPr="00180377">
        <w:t>Date:</w:t>
      </w:r>
    </w:p>
    <w:p w:rsidR="00180377" w:rsidRPr="00180377" w:rsidRDefault="00CD292C" w:rsidP="00F32FBD">
      <w:pPr>
        <w:spacing w:line="240" w:lineRule="auto"/>
      </w:pPr>
      <w:r>
        <w:pict>
          <v:rect id="_x0000_i1051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</w:pPr>
      <w:r w:rsidRPr="00180377">
        <w:t>Place:</w:t>
      </w:r>
    </w:p>
    <w:p w:rsidR="00180377" w:rsidRPr="00180377" w:rsidRDefault="00CD292C" w:rsidP="00F32FBD">
      <w:pPr>
        <w:spacing w:line="240" w:lineRule="auto"/>
      </w:pPr>
      <w:r>
        <w:pict>
          <v:rect id="_x0000_i1052" style="width:0;height:1.5pt" o:hralign="center" o:hrstd="t" o:hr="t" fillcolor="#a0a0a0" stroked="f"/>
        </w:pict>
      </w:r>
    </w:p>
    <w:p w:rsidR="00180377" w:rsidRPr="00180377" w:rsidRDefault="00CD292C" w:rsidP="00F32FBD">
      <w:pPr>
        <w:spacing w:line="240" w:lineRule="auto"/>
      </w:pPr>
      <w:r>
        <w:pict>
          <v:rect id="_x0000_i1053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 xml:space="preserve">SECTION </w:t>
      </w:r>
      <w:r w:rsidR="00F32FBD">
        <w:rPr>
          <w:b/>
          <w:bCs/>
        </w:rPr>
        <w:t>M</w:t>
      </w:r>
      <w:r w:rsidRPr="00180377">
        <w:rPr>
          <w:b/>
          <w:bCs/>
        </w:rPr>
        <w:t>: CO-AUTHOR CONSENT</w:t>
      </w:r>
    </w:p>
    <w:p w:rsidR="00180377" w:rsidRPr="00180377" w:rsidRDefault="00180377" w:rsidP="00F32FBD">
      <w:pPr>
        <w:spacing w:line="240" w:lineRule="auto"/>
      </w:pPr>
      <w:r w:rsidRPr="00180377">
        <w:t>Each co-author may sign below to indicate agreement.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126"/>
        <w:gridCol w:w="588"/>
      </w:tblGrid>
      <w:tr w:rsidR="00180377" w:rsidRPr="00180377" w:rsidTr="001803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  <w:rPr>
                <w:b/>
                <w:bCs/>
              </w:rPr>
            </w:pPr>
            <w:r w:rsidRPr="00180377">
              <w:rPr>
                <w:b/>
                <w:bCs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  <w:rPr>
                <w:b/>
                <w:bCs/>
              </w:rPr>
            </w:pPr>
            <w:r w:rsidRPr="00180377">
              <w:rPr>
                <w:b/>
                <w:bCs/>
              </w:rPr>
              <w:t>Signature</w:t>
            </w: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  <w:rPr>
                <w:b/>
                <w:bCs/>
              </w:rPr>
            </w:pPr>
            <w:r w:rsidRPr="00180377">
              <w:rPr>
                <w:b/>
                <w:bCs/>
              </w:rPr>
              <w:t>Date</w:t>
            </w:r>
          </w:p>
        </w:tc>
      </w:tr>
      <w:tr w:rsidR="00180377" w:rsidRPr="00180377" w:rsidTr="00180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  <w:tr w:rsidR="00180377" w:rsidRPr="00180377" w:rsidTr="00180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  <w:tr w:rsidR="00180377" w:rsidRPr="00180377" w:rsidTr="00180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  <w:tr w:rsidR="00180377" w:rsidRPr="00180377" w:rsidTr="00180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  <w:tr w:rsidR="00180377" w:rsidRPr="00180377" w:rsidTr="001803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180377" w:rsidRPr="00180377" w:rsidRDefault="00180377" w:rsidP="00F32FBD">
            <w:pPr>
              <w:spacing w:line="240" w:lineRule="auto"/>
            </w:pPr>
          </w:p>
        </w:tc>
      </w:tr>
    </w:tbl>
    <w:p w:rsidR="00180377" w:rsidRPr="00180377" w:rsidRDefault="00CD292C" w:rsidP="00F32FBD">
      <w:pPr>
        <w:spacing w:line="240" w:lineRule="auto"/>
      </w:pPr>
      <w:r>
        <w:pict>
          <v:rect id="_x0000_i1054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FOR EDITORIAL OFFICE USE ONLY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Manuscript ID</w:t>
      </w:r>
    </w:p>
    <w:p w:rsidR="00180377" w:rsidRPr="00180377" w:rsidRDefault="00CD292C" w:rsidP="00F32FBD">
      <w:pPr>
        <w:spacing w:line="240" w:lineRule="auto"/>
      </w:pPr>
      <w:r>
        <w:pict>
          <v:rect id="_x0000_i1055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Date Received</w:t>
      </w:r>
    </w:p>
    <w:p w:rsidR="00180377" w:rsidRPr="00180377" w:rsidRDefault="00CD292C" w:rsidP="00F32FBD">
      <w:pPr>
        <w:spacing w:line="240" w:lineRule="auto"/>
      </w:pPr>
      <w:r>
        <w:pict>
          <v:rect id="_x0000_i1056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Editorial Verification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Complete</w:t>
      </w:r>
    </w:p>
    <w:p w:rsidR="00180377" w:rsidRPr="00180377" w:rsidRDefault="00180377" w:rsidP="00F32FBD">
      <w:pPr>
        <w:spacing w:line="240" w:lineRule="auto"/>
      </w:pPr>
      <w:r w:rsidRPr="00180377">
        <w:rPr>
          <w:rFonts w:ascii="Segoe UI Symbol" w:hAnsi="Segoe UI Symbol" w:cs="Segoe UI Symbol"/>
        </w:rPr>
        <w:t>☐</w:t>
      </w:r>
      <w:r w:rsidRPr="00180377">
        <w:t xml:space="preserve"> Incomplete</w: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Verified By</w:t>
      </w:r>
    </w:p>
    <w:p w:rsidR="00180377" w:rsidRPr="00180377" w:rsidRDefault="00CD292C" w:rsidP="00F32FBD">
      <w:pPr>
        <w:spacing w:line="240" w:lineRule="auto"/>
      </w:pPr>
      <w:r>
        <w:pict>
          <v:rect id="_x0000_i1057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Signature</w:t>
      </w:r>
    </w:p>
    <w:p w:rsidR="00180377" w:rsidRPr="00180377" w:rsidRDefault="00CD292C" w:rsidP="00F32FBD">
      <w:pPr>
        <w:spacing w:line="240" w:lineRule="auto"/>
      </w:pPr>
      <w:r>
        <w:pict>
          <v:rect id="_x0000_i1058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  <w:rPr>
          <w:b/>
          <w:bCs/>
        </w:rPr>
      </w:pPr>
      <w:r w:rsidRPr="00180377">
        <w:rPr>
          <w:b/>
          <w:bCs/>
        </w:rPr>
        <w:t>Date</w:t>
      </w:r>
    </w:p>
    <w:p w:rsidR="00180377" w:rsidRPr="00180377" w:rsidRDefault="00CD292C" w:rsidP="00F32FBD">
      <w:pPr>
        <w:spacing w:line="240" w:lineRule="auto"/>
      </w:pPr>
      <w:r>
        <w:pict>
          <v:rect id="_x0000_i1059" style="width:0;height:1.5pt" o:hralign="center" o:hrstd="t" o:hr="t" fillcolor="#a0a0a0" stroked="f"/>
        </w:pict>
      </w:r>
    </w:p>
    <w:p w:rsidR="00180377" w:rsidRPr="00180377" w:rsidRDefault="00CD292C" w:rsidP="00F32FBD">
      <w:pPr>
        <w:spacing w:line="240" w:lineRule="auto"/>
      </w:pPr>
      <w:r>
        <w:pict>
          <v:rect id="_x0000_i1060" style="width:0;height:1.5pt" o:hralign="center" o:hrstd="t" o:hr="t" fillcolor="#a0a0a0" stroked="f"/>
        </w:pic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lastRenderedPageBreak/>
        <w:t>TEXSTRIDES</w:t>
      </w:r>
      <w:r w:rsidRPr="00180377">
        <w:br/>
      </w:r>
      <w:proofErr w:type="gramStart"/>
      <w:r w:rsidRPr="00180377">
        <w:rPr>
          <w:i/>
          <w:iCs/>
        </w:rPr>
        <w:t>An</w:t>
      </w:r>
      <w:proofErr w:type="gramEnd"/>
      <w:r w:rsidRPr="00180377">
        <w:rPr>
          <w:i/>
          <w:iCs/>
        </w:rPr>
        <w:t xml:space="preserve"> International Peer-Reviewed Bi-Annual Journal of </w:t>
      </w:r>
      <w:proofErr w:type="spellStart"/>
      <w:r w:rsidRPr="00180377">
        <w:rPr>
          <w:i/>
          <w:iCs/>
        </w:rPr>
        <w:t>Sardar</w:t>
      </w:r>
      <w:proofErr w:type="spellEnd"/>
      <w:r w:rsidRPr="00180377">
        <w:rPr>
          <w:i/>
          <w:iCs/>
        </w:rPr>
        <w:t xml:space="preserve"> </w:t>
      </w:r>
      <w:proofErr w:type="spellStart"/>
      <w:r w:rsidRPr="00180377">
        <w:rPr>
          <w:i/>
          <w:iCs/>
        </w:rPr>
        <w:t>Vallabhbhai</w:t>
      </w:r>
      <w:proofErr w:type="spellEnd"/>
      <w:r w:rsidRPr="00180377">
        <w:rPr>
          <w:i/>
          <w:iCs/>
        </w:rPr>
        <w:t xml:space="preserve"> Patel International School of Textiles and Management (SVPISTM), Coimbatore, India</w:t>
      </w:r>
    </w:p>
    <w:p w:rsidR="00180377" w:rsidRPr="00180377" w:rsidRDefault="00180377" w:rsidP="00F32FBD">
      <w:pPr>
        <w:spacing w:line="240" w:lineRule="auto"/>
      </w:pPr>
      <w:r w:rsidRPr="00180377">
        <w:rPr>
          <w:b/>
          <w:bCs/>
        </w:rPr>
        <w:t>Publication Model:</w:t>
      </w:r>
      <w:r w:rsidRPr="00180377">
        <w:t xml:space="preserve"> Open Access</w:t>
      </w:r>
      <w:r w:rsidRPr="00180377">
        <w:br/>
      </w:r>
      <w:r w:rsidRPr="00180377">
        <w:rPr>
          <w:b/>
          <w:bCs/>
        </w:rPr>
        <w:t>Peer Review:</w:t>
      </w:r>
      <w:r w:rsidRPr="00180377">
        <w:t xml:space="preserve"> Double-Blind Peer Review</w:t>
      </w:r>
      <w:r w:rsidRPr="00180377">
        <w:br/>
      </w:r>
      <w:r w:rsidRPr="00180377">
        <w:rPr>
          <w:b/>
          <w:bCs/>
        </w:rPr>
        <w:t>Similarity Threshold:</w:t>
      </w:r>
      <w:r w:rsidRPr="00180377">
        <w:t xml:space="preserve"> Less than 10%</w:t>
      </w:r>
    </w:p>
    <w:p w:rsidR="00567018" w:rsidRPr="00567018" w:rsidRDefault="00567018" w:rsidP="00F32FBD">
      <w:pPr>
        <w:spacing w:line="240" w:lineRule="auto"/>
      </w:pPr>
    </w:p>
    <w:sectPr w:rsidR="00567018" w:rsidRPr="005670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DE4008"/>
    <w:multiLevelType w:val="multilevel"/>
    <w:tmpl w:val="43D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4E29CC"/>
    <w:multiLevelType w:val="multilevel"/>
    <w:tmpl w:val="453A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F87FDE"/>
    <w:multiLevelType w:val="multilevel"/>
    <w:tmpl w:val="6704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265C7E"/>
    <w:multiLevelType w:val="multilevel"/>
    <w:tmpl w:val="13DA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480679"/>
    <w:multiLevelType w:val="multilevel"/>
    <w:tmpl w:val="1348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60B4F"/>
    <w:multiLevelType w:val="multilevel"/>
    <w:tmpl w:val="2B2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C6BED"/>
    <w:multiLevelType w:val="multilevel"/>
    <w:tmpl w:val="6F3C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AF4235"/>
    <w:multiLevelType w:val="multilevel"/>
    <w:tmpl w:val="72688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5"/>
  </w:num>
  <w:num w:numId="12">
    <w:abstractNumId w:val="14"/>
  </w:num>
  <w:num w:numId="13">
    <w:abstractNumId w:val="13"/>
  </w:num>
  <w:num w:numId="14">
    <w:abstractNumId w:val="10"/>
  </w:num>
  <w:num w:numId="15">
    <w:abstractNumId w:val="11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0377"/>
    <w:rsid w:val="0029639D"/>
    <w:rsid w:val="002D5D06"/>
    <w:rsid w:val="00326F90"/>
    <w:rsid w:val="00567018"/>
    <w:rsid w:val="005E3556"/>
    <w:rsid w:val="008B5B67"/>
    <w:rsid w:val="00AA1D8D"/>
    <w:rsid w:val="00B47730"/>
    <w:rsid w:val="00CB0664"/>
    <w:rsid w:val="00CD292C"/>
    <w:rsid w:val="00EA6015"/>
    <w:rsid w:val="00F32F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A2A4D69-7DDB-4604-AB1A-F036352B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561BE0-3DC3-4E99-B4FC-3BF66393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RP</cp:lastModifiedBy>
  <cp:revision>10</cp:revision>
  <dcterms:created xsi:type="dcterms:W3CDTF">2013-12-23T23:15:00Z</dcterms:created>
  <dcterms:modified xsi:type="dcterms:W3CDTF">2026-06-19T07:16:00Z</dcterms:modified>
  <cp:category/>
</cp:coreProperties>
</file>